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Aplikácia inhibítorov JAK pri liečbe reumatoidnej artritídy: systematická analýza založená na databázach a registroch klinických štúdií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Systematická analýza preskúmala 87 klinických štúdií z rokov 2014–2025 s inhibítormi JAK pri liečbe reumatoidnej artritídy podľa kritérií PRISMA, ACR/EULAR 2010. Najviac štúdií pochádzalo z Číny (42) a USA (32), kde USA viedli v výskume a vývoji s kombináciou nezávislých a kolaboratívnych projektov. Štúdie zamerané na JAK2/JAK3 vzrástli z 25 % (2014–2018) na 62,7 % (2019–2025, p &lt; 0,01), s posunom k viaccieľovým kombináciám ako TYK2 + JAK1 a odklonom od pan-JAK inhibítorov. Inhibítory JAK preukázali účinnosť závislú od molekulárneho cieľa, pričom infekcie boli najčastejšími nežiaducimi udalosťami s mierou závažných nežiaducich udalostí 2,91–7,37 % a špecifickými bezpečnostnými profilmi. Zverejňovanie údajov bolo nerovnomerné, s medzerami vo fázach IV a údajoch o liekoch. Inhibítory JAK predstavujú kľúčové terapie proti reumatoidnej artritíde s odlišnou účinnosťou a bezpečnosťou podľa cieľa. Budúce štúdie by mali zamerať na fázy IV, regionálne podskupiny, priame porovnania a štandardizované zverejňovanie. Registrácia preskúmania: CRD420261290714.</w:t>
      </w:r>
    </w:p>
    <w:p/>
    <w:p>
      <w:pPr>
        <w:jc w:val="center"/>
      </w:pPr>
      <w:r>
        <w:t>Vygenerované: 05.03.2026 08:00:41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