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Negatívna asociácia hladín hemoglobínu s mortalitou u starších japonských pacientov s dysfágiou: retrospektívna kohortová štúdia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skúmala vzťah medzi hladinami hemoglobínu a mortalitou u 253 starších japonských pacientov s dysfágiou (ťažkosťami pri prehĺtaní) sledovaných v období 2014–2017. Výsledky ukázali, že každé zvýšenie hemoglobínu o 1 g/dl bolo spojené s 14 % znížením rizika smrti. Pacienti s najnižšími hladinami hemoglobínu (5,4–10,2 g/dl) mali medián prežitia 212 dní, zatiaľ čo pacienti s najvyššími hladinami (≥12,0 g/dl) mali medián prežitia dlhší ako 1463 dní. Rozdiel v prežívaní medzi skupinami bol štatisticky významný. Analýza potvrdila, že hladina hemoglobínu je nezávislým prognostickým faktorom – teda že jej vplyv na mortalitu nie je spôsobený inými faktormi. Tieto zistenia zdôrazňujú dôležitosť hemoglobínu ako ukazovateľa prognózy u starších pacientov s dysfágiou.</w:t>
      </w:r>
    </w:p>
    <w:p/>
    <w:p>
      <w:pPr>
        <w:jc w:val="center"/>
      </w:pPr>
      <w:r>
        <w:t>Vygenerované: 05.03.2026 08:00:51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