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Presná chirurgia v ére 3D vizualizácie, AR/VR a 3D tlače: súčasné aplikácie a budúce smery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Presná chirurgia sa v súčasnosti opiera o technológiu trojrozmernej (3D) vizualizácie, ktorá prekonáva obmedzenia tradičného dvojrozmerného zobrazovania. Táto technológia sa za posledné desaťročie vyvinula z jednoduchého nástroja na spracovanie údajov na komplexnú inteligentnú platformu, ktorá pokrýva celý chirurgický proces od predoperačného hodnotenia až po pooperačné sledovanie a výučbu. Článok skúma aplikácie 3D rekonštrukcie, 3D tlače, rozšírenej reality (AR), virtuálnej reality (VR) a zmiešanej reality (MR) v rôznych chirurgických špecializáciách vrátane hepatobiliárnej, pankreatickej, gastrointestinálnej, štítnej žľazy, prsníka, hernia, transplantácie orgánov a detskej chirurgie. Tieto technológie uľahčujú precíznu chirurgiu a umožňujú chirurgom lepšie plánovať a navigovať počas zákrokov. Článok zároveň analyzuje súčasné technické obmedzenia a etické či regulačné výzvy spojené s použitím týchto technológií. Budúcnosť presnej chirurgie bude podľa článku poháňaná umelou inteligenciou, technológiami 5G/6G telekomunikácií a konceptom digitálnych dvojčiat.</w:t>
      </w:r>
    </w:p>
    <w:p/>
    <w:p>
      <w:pPr>
        <w:jc w:val="center"/>
      </w:pPr>
      <w:r>
        <w:t>Vygenerované: 05.03.2026 08:01:00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