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 mesiac zaostáva TrumpRx za veľkými sľubmi prezidenta</w:t>
      </w:r>
    </w:p>
    <w:p>
      <w:r>
        <w:t>Zdroj: STAT News</w:t>
      </w:r>
    </w:p>
    <w:p>
      <w:r>
        <w:t>Publikované: Thu, 05 Mar 2026 09:30:00 +0000</w:t>
      </w:r>
    </w:p>
    <w:p/>
    <w:p>
      <w:pPr>
        <w:pStyle w:val="Heading1"/>
      </w:pPr>
      <w:r>
        <w:t>Súhrn</w:t>
      </w:r>
    </w:p>
    <w:p>
      <w:r>
        <w:t>Administratíva prezidenta Donalda Trumpa spustila webovú stránku TrumpRx.gov, ktorá má Američanom zprostredkovať cenovo dostupné lieky.[1][2][3] Stránka neslúži na priamy predaj liekov, ale funguje ako rozcestník, ktorý návštevníkov presmeruje na weby, kde si môžu lieky kúpiť bez zbytočných prirážok.[1][2][4] Trump dlhodobo upozorňuje na vysoké ceny liekov v Spojených štátoch a pri spustení vyhlásil, že pomocou stránky ľudia ušetria celé jmenie.[1][3][6] V prvý deň prevádzky bolo cez ňu možné získať približne 40 liekov, vrátane prípravkov na chudnutie ako Ozempic alebo Wegovy.[1][2][3] Trump uzavrel dohodu so spoločnosťou Pfizer, ktorá sľubuje priemernú úsporu až 50 percent na niektorých liekoch.[5] Stránka začala fungovať vo štvrtok a Trump na ňu naléhali farmaceutické firmy, aby znížili ceny pre pacientov.[6]</w:t>
      </w:r>
    </w:p>
    <w:p/>
    <w:p>
      <w:pPr>
        <w:jc w:val="center"/>
      </w:pPr>
      <w:r>
        <w:t>Vygenerované: 05.03.2026 12:01:23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