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Bill Foege: líder v eradikácii kiahní a bojovník za globálnu rovnosť v zdraví</w:t>
      </w:r>
    </w:p>
    <w:p>
      <w:r>
        <w:t>Zdroj: BMJ</w:t>
      </w:r>
    </w:p>
    <w:p>
      <w:r>
        <w:t>Publikované: 2026-03-05T05:21:03-08:00</w:t>
      </w:r>
    </w:p>
    <w:p/>
    <w:p>
      <w:pPr>
        <w:pStyle w:val="Heading1"/>
      </w:pPr>
      <w:r>
        <w:t>Súhrn</w:t>
      </w:r>
    </w:p>
    <w:p>
      <w:r>
        <w:t>Bill Foege bol ako mladý misionársky lekár v roku 1966 poslaný s rodinou do východnej Nigérie, kde žili v hlinenej chatrči bez inštalatérstva, 145 km od najbližšieho telefónu. Okamžite čelil prepuknutiu kiahní uprostred hroziacej občianskej vojny v Biafre. Kiahne charakterizoval ako chorobu s charakteristickým zápachom smrti. Kvôli nedostatočnému očkovaniu zaviedol kruhovú stratégiu očkovania, prvýkrát použitú v Anglicku v 19. storočí, ktorá potlačila vypuknutie. Táto metóda využívala kontaktovanie misionárov ham rádiom na identifikáciu štyroch postihnutých dedín do 24 hodín a následné očkovanie obyvateľov. Strategia viedla úrady k jej prijatiu v celej kampani eradikácie kiahní, jedinej eradikovaného infekčného ochorenia u ľudí v roku 1980. Kiahne zabili v 20. storočí odhadom 300 miliónov ľudí. Foege sa stal riaditeľom programu eradikácie kiahní v CDC a neskôr riaditeľom CDC.</w:t>
      </w:r>
    </w:p>
    <w:p/>
    <w:p>
      <w:pPr>
        <w:jc w:val="center"/>
      </w:pPr>
      <w:r>
        <w:t>Vygenerované: 05.03.2026 15:01:42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