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ER injekčný buprenorfín Užitočný pri OUD</w:t>
      </w:r>
    </w:p>
    <w:p>
      <w:r>
        <w:t>Zdroj: Email Newsletter</w:t>
      </w:r>
    </w:p>
    <w:p>
      <w:r>
        <w:t>Publikované: Thu, 05 Mar 2026 13:00:11 +0000 (UTC)</w:t>
      </w:r>
    </w:p>
    <w:p/>
    <w:p>
      <w:pPr>
        <w:pStyle w:val="Heading1"/>
      </w:pPr>
      <w:r>
        <w:t>Súhrn</w:t>
      </w:r>
    </w:p>
    <w:p>
      <w:r>
        <w:t>Článok z Anesthesiology News informuje o užitočnosti ER (extended-release) injekčného buprenorfínu pri liečbe OUD (opioid use disorder - porucha užívania opioidov). Buprenorfín je neopioidný liek. Článok spomína aj klinickú skúšku, ktorá síce nebola úspešná, ale liek môže byť stále užitočný pri OUD. Publikácia Anesthesiology News je najčítanejšia v USA v oblasti anestéziológie. Článok je súčasťou McMahon Publishing. Reprodukcia článku bez povolenia je zakázaná.</w:t>
      </w:r>
    </w:p>
    <w:p/>
    <w:p>
      <w:pPr>
        <w:jc w:val="center"/>
      </w:pPr>
      <w:r>
        <w:t>Vygenerované: 05.03.2026 15:02:14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