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RFK Jr. Targets Starbucks, Dunkin'; Trader Joe's Recall; Vírus zasiahol Kaliforniu</w:t>
      </w:r>
    </w:p>
    <w:p>
      <w:r>
        <w:t>Zdroj: MedPage Today</w:t>
      </w:r>
    </w:p>
    <w:p>
      <w:r>
        <w:t>Publikované: Thu, 05 Mar 2026 09:29:17 -0500</w:t>
      </w:r>
    </w:p>
    <w:p/>
    <w:p>
      <w:pPr>
        <w:pStyle w:val="Heading1"/>
      </w:pPr>
      <w:r>
        <w:t>Súhrn</w:t>
      </w:r>
    </w:p>
    <w:p>
      <w:r>
        <w:t>Tajomník HHS Robert F. Kennedy Jr. vyzval reťazce Dunkin' Donuts a Starbucks, aby predložili bezpečnostné údaje o sladkých kávových nápojoch[1][2]. Uviedol, že ide o nápoj s 115 gramami cukru, ktorý by mohla piť tínedžerka, a pochybuje, že takéto údaje existujú[1][2]. Vyhlásenie zaznelo 26. februára na zhromaždení „Eat Real Food“ v Austine v Texase v rámci iniciatívy Make America Healthy Again (MAHA)[1]. V januári vydala Trumpova administratíva nové diétne usmernenia s prevrátenou potravinovou pyramídou, ktorá uprednostňuje proteíny, červené mäso a plnotučné mliečne výrobky pred cukrom a spracovanými potravinami[1]. Kennedy vtedy vyzval: „Jedzte skutočné jedlo“[1]. Guvernérka Massachusetts Maura Healey reagovala na X obrázkom Dunkin' pohára s nápisom „Come and take it“[1][2]. Zástupcovia Starbucks a Dunkin' zatiaľ neodpovedali na požiadavky médií[1][2].</w:t>
      </w:r>
    </w:p>
    <w:p/>
    <w:p>
      <w:pPr>
        <w:jc w:val="center"/>
      </w:pPr>
      <w:r>
        <w:t>Vygenerované: 05.03.2026 17:00:46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