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Jednoročná miera prežitia a faktory spojené s kolorektálnym karcinómom štádia IV v Národnej všeobecnej nemocnici v Indonézii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Retrospektívna kohortová štúdia na 214 pacientoch s kolorektálnym karcinómom štádia IV vo veku ≥ 18 rokov v Národnej všeobecnej nemocnici Cipto Mangunkusumo v Indonézii (január 2018 – máj 2020) vyhodnotila jednoročné prežívanie. Jednoročná miera mortality dosiahla 53,3 % a medián prežitia bol 9,0 mesiacov (IQR 3,0–12,0). Väčšina pacientov bola mladšia ako 60 rokov (66,8 %) a 47 % malo podváhu (BMI &lt; 18,5 kg/m²). Multivariačná analýza ukázala, že BMI &lt; 18,5 kg/m² (HR: 1,49) a absencia chemoterapie (HR: 4,47) boli nezávisle spojené s vyššou mortalitou. Rozdiel v prežívaní súvisiaci s chemoterapiou môže byť ovplyvnený výberom pacientov a východiskovým klinickým stavom. Štúdia poukazuje na slabé jednoročné prežitie u týchto pacientov v prostredí s obmedzenými zdrojmi.</w:t>
      </w:r>
    </w:p>
    <w:p/>
    <w:p>
      <w:pPr>
        <w:jc w:val="center"/>
      </w:pPr>
      <w:r>
        <w:t>Vygenerované: 05.03.2026 18:00:36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