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Haiťan zomrel v imigračnej väzbe v USA s neliečenou bolesťou zubov, hovorí brat</w:t>
      </w:r>
    </w:p>
    <w:p>
      <w:r>
        <w:t>Zdroj: MedPage Today</w:t>
      </w:r>
    </w:p>
    <w:p>
      <w:r>
        <w:t>Publikované: Thu, 05 Mar 2026 10:58:57 -0500</w:t>
      </w:r>
    </w:p>
    <w:p/>
    <w:p>
      <w:pPr>
        <w:pStyle w:val="Heading1"/>
      </w:pPr>
      <w:r>
        <w:t>Súhrn</w:t>
      </w:r>
    </w:p>
    <w:p>
      <w:r>
        <w:t>Haiťan Emmanuel Damas zomrel v imigračnej väzbe v USA po štyroch mesiacoch zadržania v Florence Correctional Center v Arizone. Podľa jeho brata (56 rokov) zomrel v pondelok v nemocnici v dôsledku neliečenej infekcie zubov. Brat uviedol, že Emmanuel informoval zdravotnícky personál o bolesti zubov. Jeden miestny úradník potvrdil, že muž nedostal včasnú lekársku starostlivosť o infikovaný zub. Ide o najmenej 10. smrť väzňa v ICE väzbe tento rok. Článok bol publikovaný 4. marca 2026.</w:t>
      </w:r>
    </w:p>
    <w:p/>
    <w:p>
      <w:pPr>
        <w:jc w:val="center"/>
      </w:pPr>
      <w:r>
        <w:t>Vygenerované: 05.03.2026 18:01:09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