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STAT+: Pomalý štart TrumpRx</w:t>
      </w:r>
    </w:p>
    <w:p>
      <w:r>
        <w:t>Zdroj: STAT News</w:t>
      </w:r>
    </w:p>
    <w:p>
      <w:r>
        <w:t>Publikované: Thu, 05 Mar 2026 17:07:25 +0000</w:t>
      </w:r>
    </w:p>
    <w:p/>
    <w:p>
      <w:pPr>
        <w:pStyle w:val="Heading1"/>
      </w:pPr>
      <w:r>
        <w:t>Súhrn</w:t>
      </w:r>
    </w:p>
    <w:p>
      <w:r>
        <w:t>TrumpRx je webová stránka spustená Trumpovou administratívou, ktorá ponúka zľavnené cash ceny na značkové lieky bez poistenia. V prvý deň prevádzky bolo dostupných 43 liekov, vrátane 31 liekov od spoločnosti Pfizer a prípravkov na chudnutie ako Ozempic alebo Wegovy. Stránka neslúži na priame nákupy, ale nasmeruje pacientov na iné weby, kde si lieky môžu kúpiť za zľavnené ceny. Platforma je určená pre nepoistených pacientov, ktorí platia z vlastného vrecka, zatiaľ čo približne 85 % Američanov má poistenie na lieky, kde sú ceny nižšie. Použitie TrumpRx nepočíta platby do poistných odpočítateľných súm ani maximálnych výdavkov z vlastného vrecka. Analýza ukázala, že najmenej 18 značkových liekov na TrumpRx má lacnejšie generiká dostupné cez GoodRx alebo Cost Plus Drugs, napríklad Protonix od Pfizer za 200 dolárov oproti 6 dolárom za generikum. Biely dom uzavrel 16 dohôd s farmaceutickými spoločnosťami a plánuje pridávať ďalšie lieky. Experti poukazujú na riziká, ako fragmentácia zdravotných záznamov a zvýšené nebezpečenstvo interakcií liekov bez prehľadu lekárnika.[1][2][3][4][6]</w:t>
      </w:r>
    </w:p>
    <w:p/>
    <w:p>
      <w:pPr>
        <w:jc w:val="center"/>
      </w:pPr>
      <w:r>
        <w:t>Vygenerované: 05.03.2026 19:00:45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