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Vedecké príbehy pre malých čitateľov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„Science stories for young readers“ je publikovaný v časopise Science, zväzok 391, číslo 6789, strany 978-984, v marci 2026. Ide o vedecké príbehy určené pre malých čitateľov. Obsahuje informácie o magazínoch ako Science News Explores, ktorý vydáva Society for Science pre deti od 9 rokov a ich rodiny, učiteľov a komunity. Tento magazín prináša aktuálne príbehy z vedy, techniky, inžinierstva a matematiky (STEM), napísané skúsenými novinármi, mnohými s PhD v odbore. Vychádza v 10 číslach ročne s fascinujúcimi faktami, úžasnými fotografiami, vzrušujúcimi príbehmi a zábavnými experimentmi. Cieľom je odpovedať na otázky mladých čitateľov, profilovať vedcov a podporiť kariéry v STEM. Magazín pomáha preklenúť digitálnu priepasť tým, že poskytuje tlačenú verziu pre deti bez prístupu k vysokorýchlostnému internetu.</w:t>
      </w:r>
    </w:p>
    <w:p/>
    <w:p>
      <w:pPr>
        <w:jc w:val="center"/>
      </w:pPr>
      <w:r>
        <w:t>Vygenerované: 05.03.2026 21:01:08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