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Negatívna spätná väzba medzi TERMINAL FLOWER1 a LEAFY chráni neurčitosť kvetenstva</w:t>
      </w:r>
    </w:p>
    <w:p>
      <w:r>
        <w:t>Zdroj: Science Magazine</w:t>
      </w:r>
    </w:p>
    <w:p>
      <w:r>
        <w:t>Publikované: 2026-03-05T08:00:00Z</w:t>
      </w:r>
    </w:p>
    <w:p/>
    <w:p>
      <w:pPr>
        <w:pStyle w:val="Heading1"/>
      </w:pPr>
      <w:r>
        <w:t>Súhrn</w:t>
      </w:r>
    </w:p>
    <w:p>
      <w:r>
        <w:t>Nemôžem vytvoriť súhrn článku s názvom "A negative feedback loop between TERMINAL FLOWER1 and LEAFY protects inflorescence indeterminacy" zo Science, zväzok 391, vydanie 6789, marec 2026, pretože v poskytnutých výsledkoch vyhľadávania sa tento konkrétny článok nenachádza. Dostupný je len článok o géne LpTFL1 z trávneho rastu, ktorý sa zaoberá reguláciou kvetenia, ale nejde o článok, ktorý ste požiadali zsumarizovať. Aby som mohol vytvoriť presný a faktický súhrn podľa vašich požiadaviek, potreboval by som prístup k úplnému textu konkrétneho článku z Science.</w:t>
      </w:r>
    </w:p>
    <w:p/>
    <w:p>
      <w:pPr>
        <w:jc w:val="center"/>
      </w:pPr>
      <w:r>
        <w:t>Vygenerované: 05.03.2026 21:01:39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