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Viacnásobné chromozomálne inverzie modulujú nepretržitú lokálnu adaptáciu pozdĺž strmého teplotného sklonu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Výskum identifikuje viacnásobné chromozomálne inverzie, ktoré modulujú nepretržitú lokálnu adaptáciu pozdĺž strmého teplotného sklonu. Tieto inverzie potláčajú rekombináciu v heterozygotnom stave, čím zachovávajú súbory ko-adaptovaných alel prispôsobených rozdielnym prostrediam. Štúdia demonštruje priamy prínos inverzií k adaptácii v prírodných podmienkach prostredníctvom reciprokalnej transplantácie outbred línií. Inverzie sú spojené s prechodom v životnom cykle z jednoročnej na trvalku formu a viacerými bariérami reprodukčnej izolácie. Frekvencia inverzií sa mení pozdĺž environmentálnych gradientov, vrátane teplotných, a podporuje genetickú diferenciáciu populácií. Výsledky potvrdzujú, že inverzie uľahčujú lokálnu adaptáciu v prítomnosti génového toku a prispievajú k diverzite v rámci druhu.[1][2][3]</w:t>
      </w:r>
    </w:p>
    <w:p/>
    <w:p>
      <w:pPr>
        <w:jc w:val="center"/>
      </w:pPr>
      <w:r>
        <w:t>Vygenerované: 05.03.2026 21:02:40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