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Jedna intramuskulárna injekcia samoamplifikačnej RNA Nppa na liečbu infarktu myokardu</w:t>
      </w:r>
    </w:p>
    <w:p>
      <w:r>
        <w:t>Zdroj: Science Magazine</w:t>
      </w:r>
    </w:p>
    <w:p>
      <w:r>
        <w:t>Publikované: 2026-03-05T08:00:00Z</w:t>
      </w:r>
    </w:p>
    <w:p/>
    <w:p>
      <w:pPr>
        <w:pStyle w:val="Heading1"/>
      </w:pPr>
      <w:r>
        <w:t>Súhrn</w:t>
      </w:r>
    </w:p>
    <w:p>
      <w:r>
        <w:t>Nemôžem vytvoriť súhrn požadovaného článku, pretože sa nenachádza v poskytnutých výsledkoch vyhľadávania. Výsledky obsahujú informácie o iných kardiovaskulárnych štúdiách a prípadoch, ale nie o článku z časopisu Science zväzok 391, vydanie 6789 z marca 2026 s názvom "Single intramuscular injection of self-amplifying RNA of Nppa to treat myocardial infarction". Aby som mohol vytvoriť presný a faktický súhrn podľa vašich požiadaviek, potreboval by som prístup k úplnému textu tohto konkrétneho článku.</w:t>
      </w:r>
    </w:p>
    <w:p/>
    <w:p>
      <w:pPr>
        <w:jc w:val="center"/>
      </w:pPr>
      <w:r>
        <w:t>Vygenerované: 05.03.2026 21:03:35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