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Astrocyty navrhnuté tak, aby bojovali proti Alzheimerovým plakom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Výskumníci na Baylor College of Medicine skúmali úlohu astrocyтов, hviezdicovitých buniek v mozgu, pri odstraňovaní amyloidných plakov v myších modeloch Alzheimerovej choroby.[2] Zvýšenie expresie proteínu Sox9 v astrocytoch podporilo fagocytózu amyloidných plakov, čím ich odstraňovali ako vysávač.[1][2] V experimente myši s nadexpresiou Sox9 vykazovali lepšie kognitívne funkcie po šesť mesiacov, vrátane rozpoznávania objektov a miest.[2] Naopak, vylúčenie Sox9 zrýchlilo tvorbu plakov, znížilo zložitosť astrocyтов a oslabilo odstraňovanie amyloidu.[2] Štúdia publikovaná v Nature Neuroscience naznačuje, že posilnenie prirodzenej schopnosti astrocyтов čistiť mozog môže byť dôležité pre terapiu.[1][2] Tento prístup sa zameriava na gliálne bunky, nie iba na neuróny alebo prevenciu tvorby plakov.[1]</w:t>
      </w:r>
    </w:p>
    <w:p/>
    <w:p>
      <w:pPr>
        <w:jc w:val="center"/>
      </w:pPr>
      <w:r>
        <w:t>Vygenerované: 05.03.2026 21:04:29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