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Tridsaťšesť riešení na stabilizáciu klímy Zeme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Článok „Tridsaťšesť riešení na stabilizáciu klímy Zeme“ publikovaný v Science (zväzok 391, číslo 6789, strany 991-992, marec 2026) predstavuje 36 riešení na stabilizáciu klímy Zeme. Riešenia zahŕňajú prírodné metódy ako ochrana a obnova ekosystémov, výsadba stromov, biochar a ochranu 30 % planéty do roku 2030 plus 20 % ako klimatické stabilizačné oblasti. Technologické prístupy zahŕňajú priame zachytávanie vzdušného uhlíka (DAC), geologické ukladanie CO₂ a zrýchlené zvetrávanie hornín. Kombinácia prírodných a technologických portfólií môže obmedziť globálne otepľovanie v súlade s Parížskou dohodou na storočia, ak sa zahrnú rezervy na riziká. Aktuálne národne stanovené príspevky (NDCs) by znížili emisie len o 5,9 % do roku 2030 oproti roku 2019, čo vedie k otepleniu 2,6 °C do konca storočia. Na dosiahnutie pod 2 °C je potrebný pokles emisií o 28 % (alebo 42 % pre 1,5 °C) do roku 2030. Riešenia zdôrazňujú rýchle zníženie emisií na polovicu do začiatku 2030-tych rokov a dosiahnutie netto nuly do začiatku 2050-tych rokov.</w:t>
      </w:r>
    </w:p>
    <w:p/>
    <w:p>
      <w:pPr>
        <w:jc w:val="center"/>
      </w:pPr>
      <w:r>
        <w:t>Vygenerované: 05.03.2026 21:05:03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