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Podporte komunity pri ochrane tretieho pólu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vyzýva na podporu komunít pri ochrane Tretieho pólu, čo je oblasť Himalájí a Tibetskej náhornej plošiny s najväčšou ľadovou hmotou mimo pólov.[1][6] Táto oblasť sa otepľuje viac ako dvakrát rýchlejšie ako globálny priemer a pod vplyvom súčasných emisií môžu Himaláje stratiť až 75 % ľadovcov do roku 2100.[1] Tieto vodné systémy zásobujú pitnou vodou, energiou a zavlažovaním takmer 2 miliardy ľudí v Južnej a Strednej Ázii.[1][4][6] Podpora zahŕňa komunitne riadené projekty na adaptáciu na klimatické zmeny, ako je manažment vody, monitorovanie ľadovcov a udržateľné obživy.[1] Komunity sa spájajú s politikmi a vedcami prostredníctvom workshopov, terénnych výskumov a politických briefov, aby lokálne znalosti ovplyvnili riešenia.[1] Výskum a príbehy z terénu sa premieňajú na dokumenty, reporty a médiá na podporu reálnych klimatických opatrení.[1] Cieľom je integrovať vedu, politiku a zapojenie komunít pre posilnenie odolnosti v tejto klimaticky citlivej oblasti.[1]</w:t>
      </w:r>
    </w:p>
    <w:p/>
    <w:p>
      <w:pPr>
        <w:jc w:val="center"/>
      </w:pPr>
      <w:r>
        <w:t>Vygenerované: 05.03.2026 21:05:54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