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„Skutočne veľkolepý“ liek na spavú chorobu zjednodušuje liečbu a zvyšuje nádej na eradikáciu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Nový liek akoziborol predstavuje jednoduchú liečbu spavej choroby jednou dávkou troch piluliek.[1] V klinickej štúdii fázovej 3, vedenou iniciatívou Drugs for Neglected Diseases v Ženeve a partnermi v Demokratickej republike Kongo a Guinei, bol účinný na 95 percent pacientov.[1] Podávali ho viac ako 200 pacientom s najbežnejšou formou spavej choroby v skorých aj neskorých štádiách v desiatich nemocniciach v Kongu a Guinei.[1] Nežiadúce účinky boli mierne alebo stredne závažné, najčastejšie horúčka a únava.[1] Počas štúdie sa vyskytli štyri úmrtia, ktoré neboli spojené s liečbou.[1] Liek zjednodušuje terapiu oproti súčasným liekom, ktoré sú časovo náročné, toxické alebo vyžadujú bolestivé postupy.[1] Očakáva sa, že bude dostupnejší vo vidieckych oblastiach, kde choroba prevláda.[1]</w:t>
      </w:r>
    </w:p>
    <w:p/>
    <w:p>
      <w:pPr>
        <w:jc w:val="center"/>
      </w:pPr>
      <w:r>
        <w:t>Vygenerované: 05.03.2026 21:06:10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