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Prečo traja vedci povedali nie Epsteinovi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Časopis Science predstavil príbehy troch vedcov, ktorí odmietli spoluprácu s Jeffrey Epsteinom napriek jeho pokusom ich osloviť.[2] David Agus, onkológ z Univerzity Južnej Kalifornie, dostal prvý e-mail od Epsteina v roku 2012 po svojej prednáške na TED a sedem rokov mu odpovedal negatívne, hoci sa s ním nikdy nestretol.[2] Scott Aaronson, počítačový vedec z MIT, dostal ponuku financovania výskumu kryptografie pomocou DNA, ktorú odmietol.[2] Sean Carroll, fyzik z Johns Hopkins University, bol pozvaný na večeru v roku 2010, kde ho niekto nečakane spojil s Epsteinom telefonicky.[2] Vedci vysvetlili svoje rozhodnutia: Agus uviedol, že nechcel asociovať sa s osobou s problematickou históriou, ktorú našiel online, a nechcel byť konfrontačný.[2] Článok zdôrazňuje, že mnohí vedci, ktorých Epstein oslovoval, boli už dobre etablovaní a financovaní, čo robí ich odmietnutie jeho ponúk ešte významnejším.[2]</w:t>
      </w:r>
    </w:p>
    <w:p/>
    <w:p>
      <w:pPr>
        <w:jc w:val="center"/>
      </w:pPr>
      <w:r>
        <w:t>Vygenerované: 05.03.2026 21:06:49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