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Projekt Spoločenstva v oblasti zdravia znižuje počet nových infekcií HIV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Veľká štúdia v Keni a Ugande ukázala, že komunití zdravotníci môžu dramaticky znížiť počet nových prípadov HIV doručovaním testov a preventívnych liekov priamo do domácností namiesto toho, aby ľudia navštevovali kliniky[1][2]. Tento prístup, podporovaný digitálnymi nástrojmi a aplikáciou na smartfóne, znížil počet nových infekcií o 70 percent[1][2]. V intervencii sa zúčastnilo 16 vzdialených vidieckych komunít, pričom za dva roky sa v skupinách s intervenciou nakazilo sedem ľudí z približne 42 000 oproti 22 ľuďom v kontrolných skupinách[2]. Štúdia zahŕňala takmer 500 komunítnych zdravotníkov, ktorí väčšinou nemali predchádzajúce skúsenosti so smartfónmi ani s poskytovaním HIV služieb, no väčšina z nich považovala implementáciu za jednoduchú[2]. Podľa výskumníkov by dlhodobejšie lieky mohli potenciálne znížiť výskyt HIV až o 99 percent[1]. Tieto zistenia boli predstavené na Konferencii o retrovirózach a oportunných infekciách v Denveri v roku 2026[1][2].</w:t>
      </w:r>
    </w:p>
    <w:p/>
    <w:p>
      <w:pPr>
        <w:jc w:val="center"/>
      </w:pPr>
      <w:r>
        <w:t>Vygenerované: 05.03.2026 21:07:15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