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vedeckých časopisoch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Nie je možné vytvoriť súhrn, pretože poskytnutý obsah článku „In Science Journals“ vo vedeckých časopisoch (Science, zväzok 391, číslo 6789, strany 1000-1002, marec 2026) neobsahuje žiadne overené fakty, text štúdie ani hlavné zistenia. Dostupné vyhľadávacie výsledky sú irelevantné indexy čísel, patenty a iné dokumenty bez súvislosti s týmto článkom. Chýbajú štatistiky, zistenia alebo medicínske informácie priamo z uvedeného zdroja.</w:t>
      </w:r>
    </w:p>
    <w:p/>
    <w:p>
      <w:pPr>
        <w:jc w:val="center"/>
      </w:pPr>
      <w:r>
        <w:t>Vygenerované: 05.03.2026 21:08:07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