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Vinay Prasad, kľúčový spojenec Makary a ohnisko kontroverzie na FDA, opúšťa agentúru</w:t>
      </w:r>
    </w:p>
    <w:p>
      <w:r>
        <w:t>Zdroj: STAT News</w:t>
      </w:r>
    </w:p>
    <w:p>
      <w:r>
        <w:t>Publikované: Fri, 06 Mar 2026 22:11:49 +0000</w:t>
      </w:r>
    </w:p>
    <w:p/>
    <w:p>
      <w:pPr>
        <w:pStyle w:val="Heading1"/>
      </w:pPr>
      <w:r>
        <w:t>Súhrn</w:t>
      </w:r>
    </w:p>
    <w:p>
      <w:r>
        <w:t>Vinay Prasad, kľúčový spojenec Martina Makaryho, opúšťa agentúru FDA, kde bol ohniskom viacerých kontroverzií.[1][2] Pôsobil ako hlavný medicínsky a vedecký dôstojník a riaditeľ Centra pre hodnotenie a výskum biologík (CBER).[2][3] Podieľal sa na kontroverzných rozhodnutiach o liečbe zriedkavých chorôb, vrátane odmietnutia žiadosti o mRNA vakcínu proti chrípke a oneskorení alebo zamietnutia viacerých bunkových a génových terapií.[2][4] Inštruoval zamestnancov CBER, aby pred pokračovaním v prácach na vedeckých publikáciách alebo nových projektoch konzultovali s ním, aby sa vyhli chybám a stratám času.[2] Jeho odchod nastal menej ako tri mesiace po vymenovaní do funkcie riaditeľa CBER a súvisí s kritikou konzervatívneho prístupu k liekom na zriedkavé ochorenia.[3][4][5] Prasad uviedol, že odchádza, aby strávil viac času s rodinou.[1]</w:t>
      </w:r>
    </w:p>
    <w:p/>
    <w:p>
      <w:pPr>
        <w:jc w:val="center"/>
      </w:pPr>
      <w:r>
        <w:t>Vygenerované: 07.03.2026 00:00:38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