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Kontroverzný šéf vakcín FDA končí... Opäť</w:t>
      </w:r>
    </w:p>
    <w:p>
      <w:r>
        <w:t>Zdroj: MedPage Today</w:t>
      </w:r>
    </w:p>
    <w:p>
      <w:r>
        <w:t>Publikované: Fri, 06 Mar 2026 17:49:43 -0500</w:t>
      </w:r>
    </w:p>
    <w:p/>
    <w:p>
      <w:pPr>
        <w:pStyle w:val="Heading1"/>
      </w:pPr>
      <w:r>
        <w:t>Súhrn</w:t>
      </w:r>
    </w:p>
    <w:p>
      <w:r>
        <w:t>Vinay Prasad, MD, MPH, riaditeľ Centra pre hodnotenie a výskum biologických prípravkov FDA, opustí agentúru druhýkrát za menej ako rok.[1] Podľa hovorcu HHS bol Prasad nedávno tlačený k odchodu biotechnologickými firmami, pacientovými skupinami a konzervatívnymi spojencami prezidenta Trumpa.[1] Krátko potom, menej ako dva týždne, sa vracia na svoju pozíciu najvyššieho regulátora vakcín FDA.[1][4] Prasad nariadil zastaviť distribúciu génovej terapie na Duchennovu svalovú dystrofiu po úmrtí dvoch pacientov, čo FDA rýchlo zrušila po kritike rodín pacientov a podporovateľov experimentálnych liekov.[1] Pod jeho vedením FDA obmedzila schválenie dvoch nových vakcín proti COVID-19 od Novavaxu a Moderny a zaviedla prísnejšie testovacie požiadavky.[1] Prasad takisto rozhodol odmietnuť žiadosť Moderny o novú chrípkovú vakcínu napriek odporúčaniu kariérnych vedcov FDA.[3] Má podporu komisára FDA Martyho Makaryho a ministra zdravotníctva Roberta F. Kennedyho Jr.[1]</w:t>
      </w:r>
    </w:p>
    <w:p/>
    <w:p>
      <w:pPr>
        <w:jc w:val="center"/>
      </w:pPr>
      <w:r>
        <w:t>Vygenerované: 07.03.2026 01:00:36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