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Potenciálny profil a ovplyvňujúce faktory správania sa pri hľadaní spätnej väzby medzi stážistami v ošetrovateľstve počas počiatočných štádií stáží: multicentrická prierezová štúdia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Štúdia skúmala správanie pri hľadaní spätnej väzby (FSB) u 1308 stážistiek v ošetrovateľstve v počiatočných štádiách praxe z deviatich univerzít v Číne medzi júnom a septembrom 2024. Priemerné skóre FSB bolo 5,06 ± 1,08 pri efektívnej miere odpovedí 95,47 %. Analýza latentných profilov identifikovala tri profily: nízky (20,87 %), stredný (38,3 %) a vysoký (40,83 %). Významnými prediktormi členstva v profiloch boli úroveň vzdelania, skúsenosti s kádrom študentov, typ nemocnice s praxou a prispôsobivosť kariéry (p &lt; 0,05). FSB vykazuje heterogenitu, ktorá ovplyvňuje prispôsobenie, zdravie a prechod do rolí. Autori odporúčajú viacúrovňové intervencie: kariérové poradenstvo pre skupiny s nízkou a strednou FSB a rovesnícke modelovanie pre skupinu s vysokou FSB.</w:t>
      </w:r>
    </w:p>
    <w:p/>
    <w:p>
      <w:pPr>
        <w:jc w:val="center"/>
      </w:pPr>
      <w:r>
        <w:t>Vygenerované: 06.03.2026 07:01:24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