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Sekvenovaním riadená liečba inhibítora ALK tyrozínkinázy novej generácie indukovala dlhé prežitie v karcinóme skvamóznych buniek pľúc nesúcom génové fúzie ROS1: kazuistika a prehľad literatúry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Približne 1–2 % prípadov nemalobunkového karcinómu pľúc (NSCLC) obsahuje génové fúzie ROS1, pričom pacienti s karcinómom skvamóznych buniek pľúc (LUSC) s týmito fúziami sú výnimočne zriedkaví. Článok opisuje prípad pokročilého LUSC s fúziou ROS1, kde pacient dosiahol predĺžené prežitie 42 mesiacov vďaka sekvenčnej liečbe inhibítorom ALK tyrozínkinázy (ALK-TKI) a ROS1-TKI. Liečba bola riadená sériovým sekvenovaním novej generácie (NGS), ktoré ukázalo odlišné vzory genómových zmien v troch klinických vzorkách. Imunofluorescenčná analýza biopsií odhalila liečbou indukované zmeny v nádorovom imunitnom mikroprostredí, vrátane zvýšenej infiltrácie CD8+ T-buniek a expresie PD-L1 na nádorových bunkách. Profilovanie periférnych monocytov po Repotrektinibe a rádioterapii ukázalo 75 % CD8+/CD3+ T buniek, 14,2 % CD4+/CD3+ T buniek, 3,95 % regulačných T buniek a 38 % PD-1+ CD3+ T buniek. Článok obsahuje prehľad klinických pokrokov v ALK/ROS1-TKI pre NSCLC a mechanizmov rezistencie. Prípad zdôrazňuje úlohu presnej onkológie riadenej NGS v LUSC.</w:t>
      </w:r>
    </w:p>
    <w:p/>
    <w:p>
      <w:pPr>
        <w:jc w:val="center"/>
      </w:pPr>
      <w:r>
        <w:t>Vygenerované: 06.03.2026 07:01:44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