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Aplikácia konvolučných neurónových sietí na automatizovanú segmentáciu a klasifikáciu pri ochoreniach pažeráka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Vedci vyvinuli rámec založený na konvolučných neurónových sieťach na automatizovanú segmentáciu a klasifikáciu lézií pažeráka v endoskopických obrazoch. Lokalizáciu lézií vykonali pomocou regionálnej konvolučnej neurónovej siete (R-CNN). Klasifikáciu snímok do štyroch diagnostických kategórií zabezpečila dvojprúdová sieť ezofageálnych lézií (ELNet). Segmentáciu lézií realizovali súborom troch architektúr U-Net. Dvojprúdová ELNet dosiahla presnosť klasifikácie 92,14 %, špecificitu 97,1 % a senzitivitu 88,74 %. Segmentačný modul na báze U-Net mal celkovú presnosť 95,54 % a citlivosť segmentácie lézií 82,89 %. Dvojprúdová ELNet prekonala jednoprúdové základné siete a integrovaná architektúra ukázala lepšiu adaptabilitu na rôzne typy lézií. Navrhovaný rámec umožňuje presnú a súčasnú klasifikáciu aj segmentáciu s vysokým klinickým potenciálom.</w:t>
      </w:r>
    </w:p>
    <w:p/>
    <w:p>
      <w:pPr>
        <w:jc w:val="center"/>
      </w:pPr>
      <w:r>
        <w:t>Vygenerované: 06.03.2026 07:01:52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