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Výzvy v dovoze rádiofarmák v šiestich krajinách Juhoafrického rozvojového spoločenstva: prieskumná štúdia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Rádiofarmaká sú nevyhnutné pre diagnostiku a liečbu rôznych chorôb, najmä rakoviny, no v africkom regióne pacienti čelia oneskoreniam v ich dostupnosti. Štúdia skúmala faktory ovplyvňujúce dovoz rádiofarmák v šiestich anglicky hovoriacich krajinách Juhoafrického rozvojového spoločenstva prostredníctvom online dotazníka distribuovaného zdravotníckym pracovníkom a distribútorom. Na základe 10 dokončených a dvoch čiastočne dokončených prieskumov predbežné výsledky ukázali, že hlavnými problémami sú vysoké dovozné náklady, logistické oneskorenia, nejednotné colné postupy a obmedzený počet dodávateľov. Tieto faktory spoločne narúšajú včasnú dodávku rádiofarmák, čo je kritické vzhľadom na ich krátke polčasy rozpadu. Južná Afrika zostáva hlavným regionálnym dodávateľom, no jej vysoké náklady a dominantné postavenie obmedzujú prístup pre susedné krajiny. Štúdia odporúča posilnenie regionálnej spolupráce, harmonizáciu colných postupov a rozšírenie miestnej výrobnej kapacity na zlepšenie dostupnosti rádiofarmák v regióne.</w:t>
      </w:r>
    </w:p>
    <w:p/>
    <w:p>
      <w:pPr>
        <w:jc w:val="center"/>
      </w:pPr>
      <w:r>
        <w:t>Vygenerované: 06.03.2026 07:02:00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