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Predikčný model pre riziko pľúcnej infekcie u pacientov s cerebrálnym krvácaním a optimalizácia stratégií ošetrovateľskej intervencie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sa zamerala na vývoj prediktívneho modelu na identifikáciu rizika pľúcnej infekcie u pacientov s cerebrálnym krvácaním, keďže tieto infekcie výrazne ovplyvňujú mieru zotavenia a prežitia. Výskum zahŕňal 350 hospitalizovaných pacientov s diagnózou krvácania do mozgu, z ktorých 49,1 % vyvinulo pľúcnu infekciu. Ako významné rizikové faktory boli identifikované zvýšené hladiny C-reaktívneho proteínu (CRP), predĺžený pobyt na jednotke intenzívnej starostlivosti (JIS) a nižšia frekvencia ústnej starostlivosti. Finálny prediktívny model zahŕňal štyri kľúčové premenné: použitie inhibítora protónovej pumpy, hladiny CRP, frekvenciu ústnej starostlivosti a dĺžku pobytu na JIS, pričom dosiahol vysokú presnosť s plochou pod krivkou (AUC) 0,938. Výsledky naznačujú, že tento model umožňuje lekárom presnejšie identifikovať pacientov s vysokým rizikom pľúcnej infekcie. Integrácia modelu do klinickej praxe spolu s cielenými ošetrovateľskými intervenciami môže znížiť výskyt pľúcnych infekcií a zlepšiť celkovú prognózu pacientov s cerebrálnym krvácaním.</w:t>
      </w:r>
    </w:p>
    <w:p/>
    <w:p>
      <w:pPr>
        <w:jc w:val="center"/>
      </w:pPr>
      <w:r>
        <w:t>Vygenerované: 06.03.2026 07:45:59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