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Skvamocelulárny karcinóm pľúc napodobňujúci rekurentnú aspergilózu pri systémovom lupus erythematosus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Prípad sa týka 66-ročného muža so systémovým lupus erythematosus a predchádzajúcou invazívnou pľúcnou aspergilózou, ktorý sa prezentoval horúčkou, bolesťou hlavy a kognitívnym poklesom. Zobrazovanie odhalilo kavitárnu léziu v pľúcach a mozgové uzliny, ktoré spočiatku naznačovali opätovný výskyt aspergilózy. Napriek intenzívnej antimykotickej liečbe sa pacientov stav rýchlo zhoršoval. PET-CT sken následne preukázal intenzívny hypermetabolizmus v pľúcach, mozgu a kostiach, čo nasmerilo diagnostiku smerom k malignite. Pľúcna biopsia potvrdila slabo diferencovaný skvamocelulárny karcinóm pľúc v štádiu IV s metastázami v mozgu a kostiach. Prípad zdôrazňuje riziko diagnostických oneskorení, ktoré môžu vzniknúť, keď sa klinické myslenie upriamuje na predchádzajúcu infekciu. Autori zdôrazňujú dôležitosť rozpoznania varovných príznakov ako zlyhanie liečby a využitia histopatologického potvrdenia na prekonanie diagnostických zaujatostí u pacientov s oslabenou imunitou.</w:t>
      </w:r>
    </w:p>
    <w:p/>
    <w:p>
      <w:pPr>
        <w:jc w:val="center"/>
      </w:pPr>
      <w:r>
        <w:t>Vygenerované: 06.03.2026 07:46:11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