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Transradiálny verzus transfemorálny prístup pri embolizácii maternicových artérií pre fibroidy: systematický prehľad a metaanalýza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Systematický prehľad a metaanalýza porovnala transradiálny prístup (TRA) a transfemorálny prístup (TFA) pri embolizácii maternicových artérií (UAE) na liečbu symptomatických maternicových fibroidov. Zaradených bolo šesť štúdií s 639 pacientkami, z toho 324 (50,7 %) v skupine TRA s priemerným vekom 43,48 ± 6,23 rokov a 315 (49,3 %) v skupine TFA s priemerným vekom 42,97 ± 6,33 rokov. TRA vykazovala výrazne nižšiu radiačnú expozíciu (MD = −207,54 mGy, 95 % CI [−262,42, −152,67], p &lt; 0,00001), kratší čas zákroku (MD = −7,38 min, 95 % CI [−10,09, −4,67], p &lt; 0,00001) a vyššiu mieru výtoku v ten istý deň (RR = 9,50, 95 % CI [3,76, 24,03], p &lt; 0,00001). Vyskytlo sa menej komplikácií v prístupovom mieste (RR = 0,55, 95 % CI [0,31, 0,97], p = 0,04), najmä hematómov (RR = 0,32, 95 % CI [0,14, 0,74], p = 0,007). V čase fluoroskopie nebol významný rozdiel. Miera zlyhania TRA bola nízka (0,3 %). TRA je bezpečnou a efektívnou alternatívou k TFA.</w:t>
      </w:r>
    </w:p>
    <w:p/>
    <w:p>
      <w:pPr>
        <w:jc w:val="center"/>
      </w:pPr>
      <w:r>
        <w:t>Vygenerované: 06.03.2026 07:46:21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