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Poškodenie pľúc spôsobené ventilátorom: od mechanizmov k integrovanému klinickému manažmentu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Poškodenie pľúc spôsobené ventilátorom (VILI) nemá definitívne diagnostické kritériá a jeho mechanizmy sú neúplne pochopené. Zahŕňajú barotrauma, volutrauma, ateletrauma a biotrauma, spôsobené nadmernou distenziou pľúcneho tkaniva, cyklickým otváraním a zatváraním alveol a uvoľňovaním zápalových mediátorov. Nové koncepty ako poškodenie pľúc spôsobené pacientom sám (P-SILI) zdôrazňujú úlohu dýchacieho pohonu a prenosu mechanickej energie. Prevencia vyžaduje dynamickú stratégiu počas mechanickej ventilácie. V fáze riadenej ventilácie sa používa pľúcna ochranná ventilácia s nízkym dychovým objemom, hnacím tlakom, individualizovanou pozitívnou tlakom na konci výdychu, polohovaním na bruchu a mimotelovou podporou. V prechodnej fáze sa moduluje dýchanie pre synchronizáciu pacient-ventilátor proti P-SILI. V fáze odvykania sa hodnotia skúšky spontánneho dýchania pre bezpečné ukončenie ventilácie.</w:t>
      </w:r>
    </w:p>
    <w:p/>
    <w:p>
      <w:pPr>
        <w:jc w:val="center"/>
      </w:pPr>
      <w:r>
        <w:t>Vygenerované: 06.03.2026 07:46:48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