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Krvný test AI zistí tiché ochorenie pečene roky pred príznakmi</w:t>
      </w:r>
    </w:p>
    <w:p>
      <w:r>
        <w:t>Zdroj: ScienceDaily Health</w:t>
      </w:r>
    </w:p>
    <w:p>
      <w:r>
        <w:t>Publikované: Fri, 06 Mar 2026 00:20:31 EST</w:t>
      </w:r>
    </w:p>
    <w:p/>
    <w:p>
      <w:pPr>
        <w:pStyle w:val="Heading1"/>
      </w:pPr>
      <w:r>
        <w:t>Súhrn</w:t>
      </w:r>
    </w:p>
    <w:p>
      <w:r>
        <w:t>Výskumníci vytvorili tekutú biopsiu riadenú umelou inteligenciou, ktorá skenuje vzory vo fragmentoch DNA cirkulujúcich v krvi. Systém zistí skorú fibrózu pečene a cirhózu roky pred objavením príznakov. Tieto stavy často zostávajú nepovšimnuté až do vážneho poškodenia pečene. Prístup analyzuje vzory fragmentácie DNA v celom genóme namiesto špecifických mutácií. Tým zachytáva skryté signály o celkovom zdraví človeka. Včasné odhalenie umožní lekárom liečiť ochorenie pečene skôr. To by mohlo pomôcť predchádzať vzniku rakoviny pečene.</w:t>
      </w:r>
    </w:p>
    <w:p/>
    <w:p>
      <w:pPr>
        <w:jc w:val="center"/>
      </w:pPr>
      <w:r>
        <w:t>Vygenerované: 06.03.2026 08:00:31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