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Zvyškový cholesterol: pomôcka na stratifikáciu rizika pre závažnosť stenózy koronárnej artérie u pacientov s diabetom 2.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Štúdia skúmala vzťah medzi zvyškovým cholesterolom (RC) a závažnosťou stenózy koronárnej artérie u 155 pacientov s diabetom 2. typu. Výsledky ukázali, že pacienti so stredne ťažkou až ťažkou stenózou mali vyššie hladiny zvyškového cholesterolu ako pacienti s miernou stenózou. Zvyškový cholesterol vykazoval pozitívnu koreláciu s Gensiniho skóre, ktoré meria závažnosť stenózy. Multivariačná analýza potvrdila, že zvyškový cholesterol je nezávislým rizikovým faktorom pre závažnosť stenózy koronárnej artérie (OR = 2,849). Keď sa zvyškový cholesterol pridal k základnému modelu predikcie, diagnostická presnosť sa výrazne zlepšila (AUC sa zvýšila z 0,603 na 0,790). Štúdia dospela k záveru, že zvyškový cholesterol môže slúžiť ako pomocný indikátor na stratifikáciu rizika stenózy koronárnej artérie u pacientov s diabetom 2. typu a má prírastkovú diagnostickú hodnotu okrem tradičných rizikových faktorov.</w:t>
      </w:r>
    </w:p>
    <w:p/>
    <w:p>
      <w:pPr>
        <w:jc w:val="center"/>
      </w:pPr>
      <w:r>
        <w:t>Vygenerované: 06.03.2026 08:00:49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