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Ošetrovateľské intervencie a viacdoménové fyziologické trajektórie v ARDS: retrospektívna kohortová štúdia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Retrospektívna kohortová štúdia na 1 716 pacientoch s ARDS z West China Hospital Big Data Platform (2012–2025) skúmala vplyv štyroch ošetrovateľských intervencií – odsávanie dýchacích ciest, polohovanie na bruchu, ústna starostlivosť a enterálna výživa (EEN) – na fyziologické trajektórie SpO₂, CRP, laktátu a kreatinínu. Pomocou modelov zmiešaných účinkov latentnej triedy boli identifikované tri odlišné trajektórie pre každý biomarker, týkajúce sa okysličovania, zápalu, metabolizmu a funkcie obličiek. Skoré polohovanie na bruchu do 24 hodín bolo spojené s nižšími pravdepodobnosťami nepriaznivej trajektórie SpO₂ (OR 0,08, 95 % CI 0,01–0,59) a vysokej CRP trajektórie (OR 0,18, 95 % CI 0,06–0,59). Oneskorené polohovanie po 72 hodinách zvyšovalo pravdepodobnosť stabilne nízkej laktátovej trajektórie (OR 5,17, 95 % CI 1,21–22,06) a U-tvarovanej laktátovej trajektórie (OR 5,07, 95 % CI 2,07–12,4). EEN znižovala pravdepodobnosť vysokých CRP trajektórií (OR 0,31–0,45). Odsávanie dýchacích ciest podporovalo priaznivé okysličovacie trajektórie, ústna starostlivosť bola častejšia u nestabilnej oxygenácie, pričom nestabilné okysličovacie trajektórie mali vyššiu 28-dňovú mortalitu. Včasné a štandardizované intervencie, najmä polohovanie na bruchu a EEN, boli spojené s priaznivejšími profilmi zotavovania.</w:t>
      </w:r>
    </w:p>
    <w:p/>
    <w:p>
      <w:pPr>
        <w:jc w:val="center"/>
      </w:pPr>
      <w:r>
        <w:t>Vygenerované: 06.03.2026 08:00:59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