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Zriedkavá, ale kritická komplikácia u pacientov s lumbálnou infekciou kombinovanou so syndrómom cauda equina – sacrococcygeal dekubitus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U 65-ročného pacienta spôsobila infekcia driekovej chrbtice (T12-L1) vyvolaná Staphylococcus aureus syndróm cauda equina a následne masívnu infekčnú dekubitu v sacrococcygeálnej oblasti s rozmermi 5 × 5 cm. Príznaky dekubitu maskovali bolesť chrbta, analgetiká, neurologické deficity a systémová infekcia. Predĺžená imobilizácia a neurogénna inkontinencia močového mechúra a čriev prispeli k vzniku preležaniny. Liečba zahŕňala jednostupňový chirurgický debridement chrbtice s vnútornou fixáciou a odstránenie sacrococcygeálneho vredu pomocou vákuovej tesniacej drenáže (VSD) v oboch oblastiach. Infekciu kontrolovali opakované výmeny VSD, antimikrobiálna liečba a nutričná podpora. Infekcia chrbtice sa vyliečila a dekubity sa zahojili. Prípad zdôrazňuje dôležitosť včasnej prevencie a identifikácie sacrococcygeálnych vredov u pacientov s lumbálnou infekciou a neurologickým deficitom.</w:t>
      </w:r>
    </w:p>
    <w:p/>
    <w:p>
      <w:pPr>
        <w:jc w:val="center"/>
      </w:pPr>
      <w:r>
        <w:t>Vygenerované: 06.03.2026 08:01:11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