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prediktívneho modelu pre novovzniknutú fibriláciu predsiení v nemocnici u starších dospelých s hypertenziou a akútnym infarktom myokardu, posilnený interpretovateľnosťou SHAP: retrospektívna kohortová štúdia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vyvinula prediktívny model pre novovzniknutú fibriláciu predsiení (NOAF) v nemocnici u starších dospelých s hypertenziou a akútnym infarktom myokardu na základe údajov 2140 pacientov z prvej nemocnice v Qinhuangdao. Kľúčové prediktory zahŕňajú vek, priemer ľavej predsiene, ejekčnú frakciu, počet bielych krviniek, triglyceridy, lipoproteíny s nízkou hustotou, NT-proBNP a draslík, vybrané metódami Boruta, LASSO regresie a logistickej regresie. Model bol postavený pomocou viacrozmernej logistickej regresie a vysvetlený hodnotami SHAP pre lepšiu interpretovateľnosť. Nomogram dosiahol vynikajúcu diskrimináciu s AUC 0,895 v tréningovom súbore a 0,883 vo validačnom súbore, potvrdenú ROC krivkami, kalibračnými krivkami, rozhodovacou krivkou a krivkami klinického dopadu. Vyvinutý interaktívny webový nástroj poskytuje predpovede rizika NOAF v reálnom čase. Model zlepšuje klinickú relevantnosť pre včasnú detekciu a personalizovanú liečbu vysokorizikových pacientov.</w:t>
      </w:r>
    </w:p>
    <w:p/>
    <w:p>
      <w:pPr>
        <w:jc w:val="center"/>
      </w:pPr>
      <w:r>
        <w:t>Vygenerované: 06.03.2026 08:01:21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