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Ženy na prvom mieste: nový plán zdravotnej starostlivosti v Perzskom zálive</w:t>
      </w:r>
    </w:p>
    <w:p>
      <w:r>
        <w:t>Zdroj: Pharmaceutical Technology</w:t>
      </w:r>
    </w:p>
    <w:p>
      <w:r>
        <w:t>Publikované: Fri, 06 Mar 2026 16:15:39 +0000</w:t>
      </w:r>
    </w:p>
    <w:p/>
    <w:p>
      <w:pPr>
        <w:pStyle w:val="Heading1"/>
      </w:pPr>
      <w:r>
        <w:t>Súhrn</w:t>
      </w:r>
    </w:p>
    <w:p>
      <w:r>
        <w:t>Nabta Health je hybridná zdravotná platforma so sídlom v Dubaji, ktorá spája digitálnu starostlivosť s tradičnou medicínou a zameriava sa na zdravie žien.[3] Spoločnosť ponúka personalizovanú starostlivosť v každej životnej fáze – od puberty, cez tehotenstvo a puerperium, až po klimakterium a ďalšie obdobia.[2][3] Jej model starostlivosti kombinuje klinickú podporu, personalizované liečebné plány a údajmi riadené preventívne poznatky, aby sa znížili zbytočné nároky na zdravotné poistenie a zlepšila jeho využívanie.[1] Medzi ponúkané služby patria edukačné zdravotnícke workshopy, posúdenie zdravia pracovnej sily a korporátne zdravotné predplatné.[1] Podľa údajov Nabta Health 88 % jej používateľov dostalo novú alebo upravedenú diagnózu a 98,9 % hlásilo vysokú úroveň spokojnosti.[1] Používatelia spoločnosti zažívajú 57-percentný pokles únavy na pracovisku a sú štyrikrát viac pravdepodobní, že budú využívať preventívnu starostlivosť.[1]</w:t>
      </w:r>
    </w:p>
    <w:p/>
    <w:p>
      <w:pPr>
        <w:jc w:val="center"/>
      </w:pPr>
      <w:r>
        <w:t>Vygenerované: 09.03.2026 11:00:39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