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svojej kampani proti rodovo potvrdzujúcej starostlivosti sa Trumpova administratíva snaží prekonať veľkú právnu prekážku</w:t>
      </w:r>
    </w:p>
    <w:p>
      <w:r>
        <w:t>Zdroj: STAT News</w:t>
      </w:r>
    </w:p>
    <w:p>
      <w:r>
        <w:t>Publikované: Fri, 06 Mar 2026 09:30:00 +0000</w:t>
      </w:r>
    </w:p>
    <w:p/>
    <w:p>
      <w:pPr>
        <w:pStyle w:val="Heading1"/>
      </w:pPr>
      <w:r>
        <w:t>Súhrn</w:t>
      </w:r>
    </w:p>
    <w:p>
      <w:r>
        <w:t>Trumpova administratíva vedie kampaň proti rodovo potvrdzujúcej starostlivosti. Federálny odvolací súd si v piatok vypočuje argumenty v snahe administratívy predvolať záznamy pacientov o tejto starostlivosti. Tento krok má prekonať veľkú právnu prekážku v boji proti takejto forme zdravotnej starostlivosti. Administratíva zároveň oslabuje právo na zdravie škrtmi v dotáciách na zdravotné poistenie, od ktorých závisia milióny ľudí[1]. Bez predĺženia daňových úľav by štyri milióny Američanov stratili krytie v programe Obamacare a platby za poistné by sa mohli viac ako zdvojnásobiť[2]. Trumpova vláda dočasne pozastavila financovanie Medicaid pre Minnesotu kvôli podozreniam z podvodov[4]. V oblasti zdravotníctva plánuje zmeny vrátane reformy Medicare a Medicaid pod vedením Dr. Mehmeta Oza[3].</w:t>
      </w:r>
    </w:p>
    <w:p/>
    <w:p>
      <w:pPr>
        <w:jc w:val="center"/>
      </w:pPr>
      <w:r>
        <w:t>Vygenerované: 06.03.2026 11:00:59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