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Názor: Čo je také náboženské na odporovaní vakcínam?</w:t>
      </w:r>
    </w:p>
    <w:p>
      <w:r>
        <w:t>Zdroj: STAT News</w:t>
      </w:r>
    </w:p>
    <w:p>
      <w:r>
        <w:t>Publikované: Fri, 06 Mar 2026 09:30:00 +0000</w:t>
      </w:r>
    </w:p>
    <w:p/>
    <w:p>
      <w:pPr>
        <w:pStyle w:val="Heading1"/>
      </w:pPr>
      <w:r>
        <w:t>Súhrn</w:t>
      </w:r>
    </w:p>
    <w:p>
      <w:r>
        <w:t>Článok je názorom, ktorý sa pýta, čo je presne náboženské na odmietnutí očkovania. Autor spochybňuje spojenie odporu voči vakcínam s náboženstvom. Zdôrazňuje, že odmietanie očkovania nie je inherentne náboženské. Diskutuje výhrady svedomia ako možné právne zdôvodnenie pre rodičov odmietajúcich očkovanie detí. Uvádza, že táto cesta zostáva otvorená podľa niektorých stanovísk. Spracováva právne aspekty povinnej očkovacej povinnosti ako zásahu do telesnej integrity.</w:t>
      </w:r>
    </w:p>
    <w:p/>
    <w:p>
      <w:pPr>
        <w:jc w:val="center"/>
      </w:pPr>
      <w:r>
        <w:t>Vygenerované: 06.03.2026 11:01:21</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