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Trumpovo nariadenie o glyfosáte pobúrilo hnutie MAHA, takže RFK Jr.</w:t>
      </w:r>
    </w:p>
    <w:p>
      <w:r>
        <w:t>Zdroj: BMJ</w:t>
      </w:r>
    </w:p>
    <w:p>
      <w:r>
        <w:t>Publikované: 2026-03-06T02:16:45-08:00</w:t>
      </w:r>
    </w:p>
    <w:p/>
    <w:p>
      <w:pPr>
        <w:pStyle w:val="Heading1"/>
      </w:pPr>
      <w:r>
        <w:t>Súhrn</w:t>
      </w:r>
    </w:p>
    <w:p>
      <w:r>
        <w:t>Americký prezident Donald Trump podpísal 18. februára výkonné nariadenie na podporu domácej výroby glyfosátu, herbicídu predávaného ako Roundup, s odôvodnením národnej bezpečnosti a potravinovej bezpečnosti[1][2]. Nariadenie poskytuje imunitu v súlade so zákonom obrannej výroby, ktorý chráni strany pred zodpovednosťou za kroky podniknuté na splnenie prezidentských príkazov[1]. Glyfosát je predmetom desaťtisícov súdnych sporov, v ktorých žalobcovia tvrdia, že látka spôsobila non-Hodgkinov lymfóm[1]. Bayer, ktorý je jediným domácim výrobcom glyfosátu v USA, uzavrel tento týždeň dohodu o urovnaní žalôb v Spojených štátoch, ktorá predpokladá vynaloženie 7,25 miliardy dolárov počas 21 rokov[1]. Trumpov krok pobúril časť hnutia Make America Healthy Again (MAHA), ktoré dlhodobo bojuje proti používaniu glyfosátu[3]. Minister zdravotníctva Robert F. Kennedy Jr., zakladateľ hnutia MAHA, sa však neochotne postavil za nariadenie s argumentom národnej bezpečnosti a závislosti na nepriateľských krajinách[3]. Kennedy zároveň uviedol, že ministerstvo pracuje na transformácii na regenerativné poľnohospodárstvo, ktoré by malo znížiť využívanie glyfosátu[3].</w:t>
      </w:r>
    </w:p>
    <w:p/>
    <w:p>
      <w:pPr>
        <w:jc w:val="center"/>
      </w:pPr>
      <w:r>
        <w:t>Vygenerované: 06.03.2026 13:00:57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