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NHS Anglicko definuje &amp;#x201c;starostlivosť na chodbe&amp;#x201d; prvýkrát</w:t>
      </w:r>
    </w:p>
    <w:p>
      <w:r>
        <w:t>Zdroj: BMJ</w:t>
      </w:r>
    </w:p>
    <w:p>
      <w:r>
        <w:t>Publikované: 2026-03-06T01:31:21-08:00</w:t>
      </w:r>
    </w:p>
    <w:p/>
    <w:p>
      <w:pPr>
        <w:pStyle w:val="Heading1"/>
      </w:pPr>
      <w:r>
        <w:t>Súhrn</w:t>
      </w:r>
    </w:p>
    <w:p>
      <w:r>
        <w:t>NHS Anglicko prvýkrát oficiálne definovalo „starostlivosť na chodbe“ ako situáciu, keď pacienti strávia najmenej 45 minút v klinicky nevhodnej oblasti pohotovostného oddelenia alebo všeobecného a akútneho oddelenia. Táto definícia je súčasťou nových opatrení na riešenie krízy v zdravotníctve. NHS napísalo list všetkým výkonným riaditeľom a predsedom dôver, vyzývajúc ich, aby prevzali formálne vlastníctvo problému. Súčasťou vlastníctva je podpora eradikácie starostlivosti na chodbách v celej Anglicku. Dôveru pacientov je potrebné podporiť aj mimo ordinačných hodín tým, že personál NHS zachytí ich skúsenosti. Jedna definícia sa bude používať v celej NHS. Od mája začne NHS Anglicko zverejňovať mesačné údaje na základe tejto definície.</w:t>
      </w:r>
    </w:p>
    <w:p/>
    <w:p>
      <w:pPr>
        <w:jc w:val="center"/>
      </w:pPr>
      <w:r>
        <w:t>Vygenerované: 06.03.2026 13:01:07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