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mozgový proteín, ktorý poháňa recidívu kokaínu</w:t>
      </w:r>
    </w:p>
    <w:p>
      <w:r>
        <w:t>Zdroj: ScienceDaily Health</w:t>
      </w:r>
    </w:p>
    <w:p>
      <w:r>
        <w:t>Publikované: Fri, 06 Mar 2026 14:45:26 EST</w:t>
      </w:r>
    </w:p>
    <w:p/>
    <w:p>
      <w:pPr>
        <w:pStyle w:val="Heading1"/>
      </w:pPr>
      <w:r>
        <w:t>Súhrn</w:t>
      </w:r>
    </w:p>
    <w:p>
      <w:r>
        <w:t>Závislosť od kokaínu nie je len zlyhaním vôle, ale výsledkom trvalých biologických zmien v mozgu. Vedci z Michiganskej štátnej univerzity zistili, že opakované užívanie kokaínu prepája komunikáciu medzi mozgovým systémom odmeňovania a hipokampom, oblasťou zodpovednou za pamäť. Proteín nazývaný DeltaFosB sa hromadí s pokračujúcim užívaním drog. Tento proteín pôsobí ako genetický prepínač, ktorý mení fungovanie neurónov. DeltaFosB posilňuje túžbu mozgu hľadať kokaín a zvyšuje citlivosť na jeho odmeňujúce a pohybové účinky. Chronická expozícia kokaínu vedie k jeho trvalému nahromadeniu v nucleus accumbens, čo podporuje pretrvávajúcu neuroplasticitu a správanie spojené so závislosťou.</w:t>
      </w:r>
    </w:p>
    <w:p/>
    <w:p>
      <w:pPr>
        <w:jc w:val="center"/>
      </w:pPr>
      <w:r>
        <w:t>Vygenerované: 07.03.2026 13:01:44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