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Američania veria Faucimu viac ako RFK Jr.</w:t>
      </w:r>
    </w:p>
    <w:p>
      <w:r>
        <w:t>Zdroj: STAT News</w:t>
      </w:r>
    </w:p>
    <w:p>
      <w:r>
        <w:t>Publikované: Fri, 06 Mar 2026 12:54:38 +0000</w:t>
      </w:r>
    </w:p>
    <w:p/>
    <w:p>
      <w:pPr>
        <w:pStyle w:val="Heading1"/>
      </w:pPr>
      <w:r>
        <w:t>Súhrn</w:t>
      </w:r>
    </w:p>
    <w:p>
      <w:r>
        <w:t>Podľa prieskumu Annenberg Public Policy Center na University of Pennsylvania len 38 % Američanov verí, že Robert F. Kennedy Jr., minister zdravotníctva HHS, poskytuje dôveryhodné informácie o verejnom zdraví.[1][2][3] Dôvera v Dr. Mehmeta Oza, šéfa Centers for Medicare and Medicaid Services, je o niečo vyššia – 42 %, čo je nárast z 33 % v apríli 2025 a 32 % vo februári 2025.[1][2][3] Naopak, 54 % respondentov malo dôveru v informácie bývalého riaditeľa Národného inštitútu pre alergie a infekčné choroby Dr. Anthonyho Fauciho počas jeho pôsobenia.[1][2][3] Dôvera v kariérnych vedcov na federálnych zdravotníckych agentúrach je vyššia – 67 % – než v ich nadriadených, kde je to len 43 %.[1] Prieskum ukázal pokles dôvery v CDC a FDA; dôvera v FDA klesla na 62 % z 74 % vo februári 2024.[1][3] Američania uprednostňujú odporúčania Americkej pediatrickej akadémie (AAP) pred CDC – v prípade nesúhlasu o vakcíne proti hepatitíde B pre novorodencov ich akceptuje 42 % oproti 11 % pre CDC.[2] Prieskum sa konal vo februári na vzorke 1 650 dospelých Američanov.[5]</w:t>
      </w:r>
    </w:p>
    <w:p/>
    <w:p>
      <w:pPr>
        <w:jc w:val="center"/>
      </w:pPr>
      <w:r>
        <w:t>Vygenerované: 06.03.2026 14:00:48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