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Integrovaný učebný plán behaviorálnej neurovedy a vzdelávacej psychológie zvyšuje angažovanosť, odolnosť a klinický výkon stážistov v Saudskej Arábii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Štúdia testovala integrovaný učebný plán behaviorálnej neurovedy a vzdelávacej psychológie u saudských lekárskych stážistov pomocou pragmatického, kvázi-experimentálneho, jednokohortového longitudinálneho dizajnu s hodnoteniami pred a po intervencii. Učebné osnovy zahŕňali stratégie učenia založené na dôkazoch, ako prax vyhľadávania, opakované opakovanie a prekladanie, multimediálny dizajn kognitívnej záťaže, metakognitívny koučing, všímavosť, prehodnocovacie cvičenia a simulácie tímovej komunikácie. Štúdiu dokončilo 100 účastníkov, u ktorých prieskumy v arabčine merali kognitívnu angažovanosť, emocionálnu odolnosť a vnímaný stres, pričom fakulta hodnotila klinické kompetencie cez mini-CEX a cieľové skupiny. Výsledky ukázali významné zvýšenie kognitívnej angažovanosti o 12,4 (p &lt; 0,001) a emocionálnej odolnosti o 8,7 (p = 0,002). Vnímaný stres klesol zo 48 % na 32 % (p = 0,008) a skóre klinickej kompetencie sa významne zlepšilo (p &lt; 0,001). Multivariabilná regresia preukázala, že zvýšenie odolnosti silno predpovedá zlepšenie klinickej kompetencie (R² = 0,35, p &lt; 0,001). Kurikulum bolo možné implementovať a spájalo sa so zlepšením angažovanosti, odolnosti, znížením stresu a klinického výkonu.</w:t>
      </w:r>
    </w:p>
    <w:p/>
    <w:p>
      <w:pPr>
        <w:jc w:val="center"/>
      </w:pPr>
      <w:r>
        <w:t>Vygenerované: 06.03.2026 15:00:45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