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Ďalší B-bunkový liek na lupus zasiahol</w:t>
      </w:r>
    </w:p>
    <w:p>
      <w:r>
        <w:t>Zdroj: MedPage Today</w:t>
      </w:r>
    </w:p>
    <w:p>
      <w:r>
        <w:t>Publikované: Fri, 06 Mar 2026 11:05:50 -0500</w:t>
      </w:r>
    </w:p>
    <w:p/>
    <w:p>
      <w:pPr>
        <w:pStyle w:val="Heading1"/>
      </w:pPr>
      <w:r>
        <w:t>Súhrn</w:t>
      </w:r>
    </w:p>
    <w:p>
      <w:r>
        <w:t>Obinutuzumab (Gazyva) je monoklonálna protilátka zameraná na B-bunky, ktorá sa testuje na liečbu systémového lupus erythematosus (SLE).[3][4] Štúdia fázy III s názvom ALLEGORY preukázala, že obinutuzumab v kombinácii so štandardnou liečbou dosahuje štatisticky významné a klinicky zmysluplné zlepšenie v porovnaní so samotnou štandardnou liečbou.[3][4] Všetky hlavné sekundárne ciele štúdie boli splnené, vrátane zlepšenia aktivity ochorenia a zníženia potreby kortikosteroidov.[3] Bezpečnostný profil lieku bol konzistentný s predchádzajúcimi skúsenosťami z jeho používania na iné indikácie.[1] Obinutuzumab je už schválený v 100 krajinách na liečbu rôznych foriem lymfómu a v súčasnosti sa skúma aj na liečbu lupusnej nefritídy (zápalového ochorenia obličiek spôsobeného lupusom).[1] Pozitívne výsledky naznačujú, že by sa obinutuzumab mohol stať novým liečebným možnosťou pre pacientov so SLE na štandardnej liečbe.</w:t>
      </w:r>
    </w:p>
    <w:p/>
    <w:p>
      <w:pPr>
        <w:jc w:val="center"/>
      </w:pPr>
      <w:r>
        <w:t>Vygenerované: 06.03.2026 19:01:01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