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News: Je AI pripravená odpovedať na otázky pacientov?</w:t>
      </w:r>
    </w:p>
    <w:p>
      <w:r>
        <w:t>Zdroj: Email Newsletter</w:t>
      </w:r>
    </w:p>
    <w:p>
      <w:r>
        <w:t>Publikované: Fri, 6 Mar 2026 11:52:32 -0600 (CST)</w:t>
      </w:r>
    </w:p>
    <w:p/>
    <w:p>
      <w:pPr>
        <w:pStyle w:val="Heading1"/>
      </w:pPr>
      <w:r>
        <w:t>Súhrn</w:t>
      </w:r>
    </w:p>
    <w:p>
      <w:r>
        <w:t>Článok z JAMA Network z 1. marca 2026 sa zaoberá využitím umelej inteligencie (AI) pri odpovedaní na otázky pacientov ohľadom ich zdravotnej starostlivosti. FDA schválila zmeny v označovaní hormonálnej terapie pre menopauzu. Výskum ukazuje, že väčšina starších dospelých má abnormality rotátorovej manžety, hoci len u malej časti sa prejavujú symptómy. Chronické ochorenie obličiek je spojené so závažnosťou kognitívnych porúch. Podcast JAMA Audio Highlights sa venuje personalizovanej podpore rozhodovania o antidepresívach, nedostatku spánku u dospievajúcich a financovaniu zdravia na vidieku. Článok tiež spomína klinickú výzvu týkajúcu sa pacienta s cukrovkou a spontánnou tvorbou pľuzgierov. JAMA vyzýva na predloženie e-mailov.</w:t>
      </w:r>
    </w:p>
    <w:p/>
    <w:p>
      <w:pPr>
        <w:jc w:val="center"/>
      </w:pPr>
      <w:r>
        <w:t>Vygenerované: 06.03.2026 19:01:08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