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Čas kvízu: Čo spôsobilo sčervenanie Trumpovho krku?</w:t>
      </w:r>
    </w:p>
    <w:p>
      <w:r>
        <w:t>Zdroj: MedPage Today</w:t>
      </w:r>
    </w:p>
    <w:p>
      <w:r>
        <w:t>Publikované: Sat, 07 Mar 2026 17:00:00 -0500</w:t>
      </w:r>
    </w:p>
    <w:p/>
    <w:p>
      <w:pPr>
        <w:pStyle w:val="Heading1"/>
      </w:pPr>
      <w:r>
        <w:t>Súhrn</w:t>
      </w:r>
    </w:p>
    <w:p>
      <w:r>
        <w:t>Prezidentský lekár Sean Barbabella vysvetlil, že červený fľak na krku prezidenta Donalda Trumpa, ktorý si novinári všimli v pondelok 2. marca, je dôsledkom preventívnej liečby pokožky bežne používaným krémom predpísaným lekárom Bieleho domu[1][2]. Prezident používal túto liečbu jeden týždeň a očakáva sa, že začervenanie bude trvať niekoľko týždňov[1][2]. Vo vyhlásení sa nešpecifikovalo, aký konkrétny krém ide ani prečo prezident potreboval ošetrenie pokožky[1]. Biely dom minulé leto oznámil, že Trumpovi diagnostikovali chronickú žilovú insuficiencia ako príčinu opuchu nôh, čo je stav, pri ktorom sa krv hromadí v dolných končatinách a spôsobuje opuchy, kŕče a zmeny na koži[1][2]. V januárovom rozhovore Trump uviedol, že užíva viac aspirínu na riedenie krvi, než mu odporučili lekári, ale inak je jeho zdravotný stav podľa jeho slov perfektný[1][3].</w:t>
      </w:r>
    </w:p>
    <w:p/>
    <w:p>
      <w:pPr>
        <w:jc w:val="center"/>
      </w:pPr>
      <w:r>
        <w:t>Vygenerované: 08.03.2026 00:00:39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