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CAR T-bunková terapia pre pacientov s recidivujúcim alebo refraktérnym lymfómom marginálnej zóny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Lymfóm okrajovej zóny (MZL) je pomaly sa vyvíjajúca rakovina B-buniek, ktorá tvorí približne 7 % všetkých zrelých non-Hodgkinových lymfómov. Charakterizuje ho rôznorodosť anatomických a klinických prejavov v uzlových, slezinových a extranodálnych alebo s sliznicou asociovaných subtypoch. Pre recidivujúce alebo refraktérne formy MZL slúžia ako štandardné možnosti liečby anti-CD20 lieky, kombinácia lenalidomid–rituximab a inhibítory Brutonovej tyrozínkinázy (BTK inhibítory). Dosiahnutie hlbokých a dlhotrvajúcich ústupov ochorenia však zostáva náročné. Článok je komentárom k CAR T-bunkovej terapii u pacientov s recidivujúcim alebo refraktérnym MZL.</w:t>
      </w:r>
    </w:p>
    <w:p/>
    <w:p>
      <w:pPr>
        <w:jc w:val="center"/>
      </w:pPr>
      <w:r>
        <w:t>Vygenerované: 06.03.2026 01:00:47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