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Keď sa prepíšu pravidlá, posilniť koalíciu za rodovú spravodlivosť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V apríli 2025 bola publikovaná správa komisie Lancet pre rodové a globálne zdravie s názvom „Dosiahnutie rodovej spravodlivosti pre globálnu rovnosť v zdraví", ktorá bola výsledkom päťročného hodnotenia histórie a politiky rodovej spravodlivosti v rámci globálneho zdravotného systému. Správa identifikovala významné výzvy v oblasti rodovej spravodlivosti v globálnom zdravotníctve. Komisia zároveň určila konkrétne míľniky pokroku v tejto oblasti. Správa vyzýva globálnu zdravotnícku komunitu a jej spojencov na aktívne presadzovanie rovnosti a spravodlivosti. Podľa komisie je rodová spravodlivosť základom efektívnosti, legitímnosti a udržateľnosti globálneho zdravotného systému. Na správe sa podieľali mnohí medzinární kolegovia z rôznych krajín.</w:t>
      </w:r>
    </w:p>
    <w:p/>
    <w:p>
      <w:pPr>
        <w:jc w:val="center"/>
      </w:pPr>
      <w:r>
        <w:t>Vygenerované: 06.03.2026 01:01:29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