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Offline: Tiché trápenie Casey Meansovej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Nemôžem vytvoriť súhrn článku s názvom "[Comment] Offline: The silent torment of Casey Means", pretože tento článok nie je obsiahnutý v poskytnutých výsledkoch vyhľadávania. Dostupné informácie sa týkajú Caseyho Meansovej ako nominantky na post generálnej chirurgky USA, jej vzdelania, kariéry a spojenia s Robertom F. Kennedym Jr., ale konkrétny článok, ktorý ste požiadali zsumarizovať, nie je v zdrojoch prítomný. Ak by ste chceli, môžem vytvoriť súhrn informácií o Casey Meansovej na základe dostupných zdrojov, alebo môžete poskytnúť úplný text článku, ktorý chcete zsumarizovať.</w:t>
      </w:r>
    </w:p>
    <w:p/>
    <w:p>
      <w:pPr>
        <w:jc w:val="center"/>
      </w:pPr>
      <w:r>
        <w:t>Vygenerované: 06.03.2026 01:01:37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